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DA8" w:rsidRPr="00134840" w:rsidRDefault="00AD4F77" w:rsidP="009977CD">
      <w:pPr>
        <w:pStyle w:val="aa"/>
        <w:spacing w:after="0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  <w:lang w:val="ru-RU"/>
        </w:rPr>
      </w:pPr>
      <w:r w:rsidRPr="00134840">
        <w:rPr>
          <w:rFonts w:ascii="Times New Roman" w:hAnsi="Times New Roman" w:cs="Times New Roman"/>
          <w:b/>
          <w:color w:val="1F497D" w:themeColor="text2"/>
          <w:sz w:val="24"/>
          <w:szCs w:val="24"/>
          <w:lang w:val="ru-RU"/>
        </w:rPr>
        <w:t>КИНО КАК ДИАГНОСТИЧЕСКАЯ ПЛОЩАДКА: ОТ ЭМОЦИЙ К ДЕЙСТВИЯМ</w:t>
      </w:r>
    </w:p>
    <w:p w:rsidR="00AD4F77" w:rsidRPr="00C569A1" w:rsidRDefault="00C569A1" w:rsidP="00C569A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C569A1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Опросники для профилактики и выявления </w:t>
      </w:r>
      <w:proofErr w:type="spellStart"/>
      <w:r w:rsidRPr="00C569A1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буллинг</w:t>
      </w:r>
      <w:proofErr w:type="gramStart"/>
      <w:r w:rsidRPr="00C569A1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а</w:t>
      </w:r>
      <w:proofErr w:type="spellEnd"/>
      <w:r w:rsidR="00AD4F77" w:rsidRPr="00C569A1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(</w:t>
      </w:r>
      <w:proofErr w:type="gramEnd"/>
      <w:r w:rsidR="00AD4F77" w:rsidRPr="00C569A1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травли)</w:t>
      </w:r>
    </w:p>
    <w:p w:rsidR="009977CD" w:rsidRDefault="009977CD" w:rsidP="009977CD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1F497D" w:themeColor="text2"/>
          <w:sz w:val="24"/>
          <w:szCs w:val="24"/>
          <w:lang w:val="ru-RU"/>
        </w:rPr>
      </w:pPr>
    </w:p>
    <w:p w:rsidR="000A6DA8" w:rsidRPr="00AD4F77" w:rsidRDefault="009E401B" w:rsidP="009977C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134840">
        <w:rPr>
          <w:rFonts w:ascii="Times New Roman" w:hAnsi="Times New Roman" w:cs="Times New Roman"/>
          <w:color w:val="1F497D" w:themeColor="text2"/>
          <w:sz w:val="24"/>
          <w:szCs w:val="24"/>
          <w:lang w:val="ru-RU"/>
        </w:rPr>
        <w:t>ОБЩАЯ ИНСТРУКЦИЯ ДЛЯ ПСИХОЛОГА</w:t>
      </w:r>
    </w:p>
    <w:p w:rsidR="000A6DA8" w:rsidRPr="00AD4F77" w:rsidRDefault="00C569A1" w:rsidP="009977C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Опросники можно использовать двумя способами:</w:t>
      </w:r>
    </w:p>
    <w:p w:rsidR="000A6DA8" w:rsidRPr="00AD4F77" w:rsidRDefault="00C569A1" w:rsidP="009977CD">
      <w:pPr>
        <w:pStyle w:val="a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После просмотра короткометражного фильма — как дополнение к диагностике через кино.</w:t>
      </w:r>
    </w:p>
    <w:p w:rsidR="000A6DA8" w:rsidRPr="00AD4F77" w:rsidRDefault="00C569A1" w:rsidP="009977CD">
      <w:pPr>
        <w:pStyle w:val="a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Самостоятельно, без фильм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а — как быстрый анонимный срез атмосферы в классе.</w:t>
      </w:r>
    </w:p>
    <w:p w:rsidR="000A6DA8" w:rsidRPr="00134840" w:rsidRDefault="00C569A1" w:rsidP="009977CD">
      <w:pPr>
        <w:pStyle w:val="21"/>
        <w:spacing w:before="0" w:line="240" w:lineRule="auto"/>
        <w:jc w:val="both"/>
        <w:rPr>
          <w:rFonts w:ascii="Times New Roman" w:hAnsi="Times New Roman" w:cs="Times New Roman"/>
          <w:color w:val="1F497D" w:themeColor="text2"/>
          <w:sz w:val="24"/>
          <w:szCs w:val="24"/>
          <w:lang w:val="ru-RU"/>
        </w:rPr>
      </w:pPr>
      <w:proofErr w:type="spellStart"/>
      <w:r w:rsidRPr="00134840">
        <w:rPr>
          <w:rFonts w:ascii="Times New Roman" w:hAnsi="Times New Roman" w:cs="Times New Roman"/>
          <w:color w:val="1F497D" w:themeColor="text2"/>
          <w:sz w:val="24"/>
          <w:szCs w:val="24"/>
        </w:rPr>
        <w:t>Обязательные</w:t>
      </w:r>
      <w:proofErr w:type="spellEnd"/>
      <w:r w:rsidRPr="00134840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  <w:proofErr w:type="spellStart"/>
      <w:r w:rsidRPr="00134840">
        <w:rPr>
          <w:rFonts w:ascii="Times New Roman" w:hAnsi="Times New Roman" w:cs="Times New Roman"/>
          <w:color w:val="1F497D" w:themeColor="text2"/>
          <w:sz w:val="24"/>
          <w:szCs w:val="24"/>
        </w:rPr>
        <w:t>правила</w:t>
      </w:r>
      <w:proofErr w:type="spellEnd"/>
      <w:r w:rsidRPr="00134840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  <w:proofErr w:type="spellStart"/>
      <w:r w:rsidRPr="00134840">
        <w:rPr>
          <w:rFonts w:ascii="Times New Roman" w:hAnsi="Times New Roman" w:cs="Times New Roman"/>
          <w:color w:val="1F497D" w:themeColor="text2"/>
          <w:sz w:val="24"/>
          <w:szCs w:val="24"/>
        </w:rPr>
        <w:t>перед</w:t>
      </w:r>
      <w:proofErr w:type="spellEnd"/>
      <w:r w:rsidRPr="00134840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  <w:proofErr w:type="spellStart"/>
      <w:r w:rsidRPr="00134840">
        <w:rPr>
          <w:rFonts w:ascii="Times New Roman" w:hAnsi="Times New Roman" w:cs="Times New Roman"/>
          <w:color w:val="1F497D" w:themeColor="text2"/>
          <w:sz w:val="24"/>
          <w:szCs w:val="24"/>
        </w:rPr>
        <w:t>проведением</w:t>
      </w:r>
      <w:proofErr w:type="spellEnd"/>
      <w:r w:rsidR="009E401B" w:rsidRPr="00134840">
        <w:rPr>
          <w:rFonts w:ascii="Times New Roman" w:hAnsi="Times New Roman" w:cs="Times New Roman"/>
          <w:color w:val="1F497D" w:themeColor="text2"/>
          <w:sz w:val="24"/>
          <w:szCs w:val="24"/>
          <w:lang w:val="ru-RU"/>
        </w:rPr>
        <w:t>:</w:t>
      </w:r>
    </w:p>
    <w:p w:rsidR="000A6DA8" w:rsidRPr="00AD4F77" w:rsidRDefault="00C569A1" w:rsidP="009977CD">
      <w:pPr>
        <w:pStyle w:val="a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Зачитать вслух: «Здесь нет правильных и неправильных ответов. Отвечай честно, своё имя писать не нужно. Если какой-то вопрос некомфортен — поставь прочерк. Всё аноним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но, мы не обсуждаем одноклассников по именам».</w:t>
      </w:r>
    </w:p>
    <w:p w:rsidR="000A6DA8" w:rsidRPr="00AD4F77" w:rsidRDefault="00C569A1" w:rsidP="009977CD">
      <w:pPr>
        <w:pStyle w:val="a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Право отказаться: каждый ребёнок может не участвовать — это не влияет на оценки и отношения.</w:t>
      </w:r>
    </w:p>
    <w:p w:rsidR="000A6DA8" w:rsidRPr="00AD4F77" w:rsidRDefault="00C569A1" w:rsidP="009977CD">
      <w:pPr>
        <w:pStyle w:val="a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Анонимность: </w:t>
      </w:r>
      <w:proofErr w:type="gram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бумажные</w:t>
      </w:r>
      <w:proofErr w:type="gramEnd"/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бланк</w:t>
      </w:r>
    </w:p>
    <w:p w:rsidR="000A6DA8" w:rsidRPr="00AD4F77" w:rsidRDefault="00C569A1" w:rsidP="009977CD">
      <w:pPr>
        <w:pStyle w:val="a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Не комментировать ответы в момент сбо</w:t>
      </w:r>
      <w:r w:rsidR="00AD4F77"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ра — это вопрос доверия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.</w:t>
      </w:r>
    </w:p>
    <w:p w:rsidR="000A6DA8" w:rsidRPr="00AD4F77" w:rsidRDefault="00C569A1" w:rsidP="009977CD">
      <w:pPr>
        <w:pStyle w:val="a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Обсуждать только общие тенденции: «в классе много тех, кто молчит — значит, нужна работа со свидетелями».</w:t>
      </w:r>
    </w:p>
    <w:p w:rsidR="000A6DA8" w:rsidRDefault="00C569A1" w:rsidP="009977CD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1F497D" w:themeColor="text2"/>
          <w:sz w:val="24"/>
          <w:szCs w:val="24"/>
          <w:lang w:val="ru-RU"/>
        </w:rPr>
      </w:pPr>
      <w:r w:rsidRPr="00C569A1">
        <w:rPr>
          <w:rFonts w:ascii="Times New Roman" w:hAnsi="Times New Roman" w:cs="Times New Roman"/>
          <w:color w:val="1F497D" w:themeColor="text2"/>
          <w:sz w:val="24"/>
          <w:szCs w:val="24"/>
          <w:lang w:val="ru-RU"/>
        </w:rPr>
        <w:t xml:space="preserve">Вариант 1. </w:t>
      </w:r>
      <w:r w:rsidRPr="00C569A1">
        <w:rPr>
          <w:rFonts w:ascii="Times New Roman" w:hAnsi="Times New Roman" w:cs="Times New Roman"/>
          <w:color w:val="1F497D" w:themeColor="text2"/>
          <w:sz w:val="24"/>
          <w:szCs w:val="24"/>
          <w:lang w:val="ru-RU"/>
        </w:rPr>
        <w:t xml:space="preserve">Быстрый опрос </w:t>
      </w:r>
      <w:r w:rsidRPr="00C569A1">
        <w:rPr>
          <w:rFonts w:ascii="Times New Roman" w:hAnsi="Times New Roman" w:cs="Times New Roman"/>
          <w:color w:val="1F497D" w:themeColor="text2"/>
          <w:sz w:val="24"/>
          <w:szCs w:val="24"/>
          <w:lang w:val="ru-RU"/>
        </w:rPr>
        <w:t>(4 вопроса, 3 минуты)</w:t>
      </w:r>
    </w:p>
    <w:p w:rsidR="000A6DA8" w:rsidRPr="00AD4F77" w:rsidRDefault="00C569A1" w:rsidP="009977C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Для: 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5–7 классов. Можно использовать после фильма «Забыли!» или самостоятель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но.</w:t>
      </w:r>
    </w:p>
    <w:p w:rsidR="000A6DA8" w:rsidRPr="00AD4F77" w:rsidRDefault="00C569A1" w:rsidP="009977C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Инструкция для детей: 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«Ответь анонимно. Нет правильных ответов. Если некомфортно — прочерк».</w:t>
      </w:r>
    </w:p>
    <w:p w:rsidR="000A6DA8" w:rsidRPr="00AD4F77" w:rsidRDefault="00C569A1" w:rsidP="009977CD">
      <w:pPr>
        <w:pStyle w:val="21"/>
        <w:spacing w:before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Вопросы</w:t>
      </w:r>
    </w:p>
    <w:p w:rsidR="000A6DA8" w:rsidRPr="00AD4F77" w:rsidRDefault="00C569A1" w:rsidP="009977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1. </w:t>
      </w:r>
      <w:r w:rsidRPr="00C569A1">
        <w:rPr>
          <w:rFonts w:ascii="Times New Roman" w:hAnsi="Times New Roman" w:cs="Times New Roman"/>
          <w:b/>
          <w:color w:val="1F497D" w:themeColor="text2"/>
          <w:sz w:val="24"/>
          <w:szCs w:val="24"/>
          <w:lang w:val="ru-RU"/>
        </w:rPr>
        <w:t>Если в классе кто-то смеётся над одноклассником, большинство ребят обычно</w:t>
      </w:r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…</w:t>
      </w:r>
    </w:p>
    <w:p w:rsidR="000A6DA8" w:rsidRPr="00AD4F77" w:rsidRDefault="00C569A1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  <w:lang w:val="ru-RU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молчат и делают вид, что не замечают</w:t>
      </w:r>
    </w:p>
    <w:p w:rsidR="000A6DA8" w:rsidRPr="00AD4F77" w:rsidRDefault="00C569A1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присоединяются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смеху</w:t>
      </w:r>
      <w:proofErr w:type="spellEnd"/>
    </w:p>
    <w:p w:rsidR="000A6DA8" w:rsidRPr="00AD4F77" w:rsidRDefault="00C569A1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пытаютс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я остановить или заступаются</w:t>
      </w:r>
    </w:p>
    <w:p w:rsidR="000A6DA8" w:rsidRPr="00AD4F77" w:rsidRDefault="00C569A1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обсуждают это позже между собой</w:t>
      </w:r>
    </w:p>
    <w:p w:rsidR="000A6DA8" w:rsidRPr="00AD4F77" w:rsidRDefault="00C569A1" w:rsidP="009977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2</w:t>
      </w:r>
      <w:r w:rsidRPr="00C569A1">
        <w:rPr>
          <w:rFonts w:ascii="Times New Roman" w:hAnsi="Times New Roman" w:cs="Times New Roman"/>
          <w:b/>
          <w:color w:val="1F497D" w:themeColor="text2"/>
          <w:sz w:val="24"/>
          <w:szCs w:val="24"/>
          <w:lang w:val="ru-RU"/>
        </w:rPr>
        <w:t>. Когда кто-то в классе получает обидное прозвище, это чаще всего воспринимается как…</w:t>
      </w:r>
    </w:p>
    <w:p w:rsidR="000A6DA8" w:rsidRPr="00AD4F77" w:rsidRDefault="00C569A1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просто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шутка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ничего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страшного»</w:t>
      </w:r>
    </w:p>
    <w:p w:rsidR="000A6DA8" w:rsidRPr="00AD4F77" w:rsidRDefault="00C569A1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признак того, что человеку неприятно</w:t>
      </w:r>
    </w:p>
    <w:p w:rsidR="000A6DA8" w:rsidRPr="00AD4F77" w:rsidRDefault="00C569A1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повод поговорить с классным ру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ководителем</w:t>
      </w:r>
    </w:p>
    <w:p w:rsidR="000A6DA8" w:rsidRPr="00AD4F77" w:rsidRDefault="00C569A1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проблема, которую должны решать взрослые</w:t>
      </w:r>
    </w:p>
    <w:p w:rsidR="000A6DA8" w:rsidRPr="00AD4F77" w:rsidRDefault="00C569A1" w:rsidP="009977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3.</w:t>
      </w:r>
      <w:r w:rsidRPr="00C569A1">
        <w:rPr>
          <w:rFonts w:ascii="Times New Roman" w:hAnsi="Times New Roman" w:cs="Times New Roman"/>
          <w:b/>
          <w:color w:val="1F497D" w:themeColor="text2"/>
          <w:sz w:val="24"/>
          <w:szCs w:val="24"/>
          <w:lang w:val="ru-RU"/>
        </w:rPr>
        <w:t xml:space="preserve"> Если ты видишь, что кого-то намеренно игнорируют (не зовут в группу, удаляют из чата), ты скорее</w:t>
      </w:r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…</w:t>
      </w:r>
    </w:p>
    <w:p w:rsidR="000A6DA8" w:rsidRPr="00AD4F77" w:rsidRDefault="00C569A1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вмешиваюсь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это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их дело</w:t>
      </w:r>
    </w:p>
    <w:p w:rsidR="000A6DA8" w:rsidRPr="00AD4F77" w:rsidRDefault="00C569A1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напишу пострадавшему лично</w:t>
      </w:r>
    </w:p>
    <w:p w:rsidR="000A6DA8" w:rsidRPr="00AD4F77" w:rsidRDefault="00C569A1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скажу об этом взрослому</w:t>
      </w:r>
    </w:p>
    <w:p w:rsidR="000A6DA8" w:rsidRPr="00AD4F77" w:rsidRDefault="00C569A1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попробую 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вернуть человека в группу</w:t>
      </w:r>
    </w:p>
    <w:p w:rsidR="000A6DA8" w:rsidRPr="00AD4F77" w:rsidRDefault="00C569A1" w:rsidP="009977C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4. </w:t>
      </w:r>
      <w:r w:rsidRPr="00C569A1">
        <w:rPr>
          <w:rFonts w:ascii="Times New Roman" w:hAnsi="Times New Roman" w:cs="Times New Roman"/>
          <w:b/>
          <w:color w:val="1F497D" w:themeColor="text2"/>
          <w:sz w:val="24"/>
          <w:szCs w:val="24"/>
          <w:lang w:val="ru-RU"/>
        </w:rPr>
        <w:t xml:space="preserve">Если бы ты мог одним словом описать, что чувствует человек, над которым смеются, это было бы… </w:t>
      </w:r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____________________ (</w:t>
      </w:r>
      <w:proofErr w:type="spellStart"/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напиши</w:t>
      </w:r>
      <w:proofErr w:type="spellEnd"/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одно</w:t>
      </w:r>
      <w:proofErr w:type="spellEnd"/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слово</w:t>
      </w:r>
      <w:proofErr w:type="spellEnd"/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</w:p>
    <w:p w:rsidR="000A6DA8" w:rsidRPr="00AD4F77" w:rsidRDefault="00C569A1" w:rsidP="009977CD">
      <w:pPr>
        <w:pStyle w:val="21"/>
        <w:spacing w:before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Что считывает психолог</w:t>
      </w:r>
    </w:p>
    <w:p w:rsidR="000A6DA8" w:rsidRPr="00AD4F77" w:rsidRDefault="00C569A1" w:rsidP="009977CD">
      <w:pPr>
        <w:pStyle w:val="a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Вопрос 1 — доля «безмолвных» свидетелей и тех, кто готов быть союзник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ом.</w:t>
      </w:r>
    </w:p>
    <w:p w:rsidR="000A6DA8" w:rsidRPr="00AD4F77" w:rsidRDefault="00C569A1" w:rsidP="009977CD">
      <w:pPr>
        <w:pStyle w:val="a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Вопрос 2 — нормализация агрессии (много «просто шутка» = красный флаг).</w:t>
      </w:r>
    </w:p>
    <w:p w:rsidR="000A6DA8" w:rsidRPr="00AD4F77" w:rsidRDefault="00C569A1" w:rsidP="009977CD">
      <w:pPr>
        <w:pStyle w:val="a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Вопрос 3 — готовность к безопасному вмешательству и доверие к взрослым.</w:t>
      </w:r>
    </w:p>
    <w:p w:rsidR="000A6DA8" w:rsidRPr="00AD4F77" w:rsidRDefault="00C569A1" w:rsidP="009977CD">
      <w:pPr>
        <w:pStyle w:val="a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Вопрос 4 — эмоциональный словарь класса (стыд, одиночество, злость = зона поддержки).</w:t>
      </w:r>
    </w:p>
    <w:p w:rsidR="000A6DA8" w:rsidRPr="00AC1F0F" w:rsidRDefault="00C569A1" w:rsidP="009977CD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1F497D" w:themeColor="text2"/>
          <w:sz w:val="24"/>
          <w:szCs w:val="24"/>
          <w:lang w:val="ru-RU"/>
        </w:rPr>
      </w:pPr>
      <w:r w:rsidRPr="00AC1F0F">
        <w:rPr>
          <w:rFonts w:ascii="Times New Roman" w:hAnsi="Times New Roman" w:cs="Times New Roman"/>
          <w:color w:val="1F497D" w:themeColor="text2"/>
          <w:sz w:val="24"/>
          <w:szCs w:val="24"/>
          <w:lang w:val="ru-RU"/>
        </w:rPr>
        <w:lastRenderedPageBreak/>
        <w:t>Вариант 2. Углублённы</w:t>
      </w:r>
      <w:r w:rsidRPr="00AC1F0F">
        <w:rPr>
          <w:rFonts w:ascii="Times New Roman" w:hAnsi="Times New Roman" w:cs="Times New Roman"/>
          <w:color w:val="1F497D" w:themeColor="text2"/>
          <w:sz w:val="24"/>
          <w:szCs w:val="24"/>
          <w:lang w:val="ru-RU"/>
        </w:rPr>
        <w:t>й опрос (5 вопросов, 5 минут)</w:t>
      </w:r>
    </w:p>
    <w:p w:rsidR="000A6DA8" w:rsidRPr="00AD4F77" w:rsidRDefault="00C569A1" w:rsidP="009977C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Для: 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8–11 классов. Можно использовать после фильма «Безмолвные» или самостоятельно.</w:t>
      </w:r>
    </w:p>
    <w:p w:rsidR="000A6DA8" w:rsidRPr="00AD4F77" w:rsidRDefault="00C569A1" w:rsidP="009977C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Инструкция для детей: 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«Ответь анонимно. Можно писать развёрнуто — это поможет понять, что происходит в классе. Имя писать не нужно».</w:t>
      </w:r>
    </w:p>
    <w:p w:rsidR="000A6DA8" w:rsidRPr="00AD4F77" w:rsidRDefault="00C569A1" w:rsidP="009977CD">
      <w:pPr>
        <w:pStyle w:val="21"/>
        <w:spacing w:before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Вопросы</w:t>
      </w:r>
    </w:p>
    <w:p w:rsidR="000A6DA8" w:rsidRPr="00354717" w:rsidRDefault="00C569A1" w:rsidP="009977CD">
      <w:pPr>
        <w:spacing w:after="0" w:line="240" w:lineRule="auto"/>
        <w:jc w:val="both"/>
        <w:rPr>
          <w:rFonts w:ascii="Times New Roman" w:hAnsi="Times New Roman" w:cs="Times New Roman"/>
          <w:color w:val="1F497D" w:themeColor="text2"/>
          <w:sz w:val="24"/>
          <w:szCs w:val="24"/>
          <w:lang w:val="ru-RU"/>
        </w:rPr>
      </w:pPr>
      <w:r w:rsidRPr="00354717">
        <w:rPr>
          <w:rFonts w:ascii="Times New Roman" w:hAnsi="Times New Roman" w:cs="Times New Roman"/>
          <w:b/>
          <w:color w:val="1F497D" w:themeColor="text2"/>
          <w:sz w:val="24"/>
          <w:szCs w:val="24"/>
          <w:lang w:val="ru-RU"/>
        </w:rPr>
        <w:t>1</w:t>
      </w:r>
      <w:r w:rsidRPr="00354717">
        <w:rPr>
          <w:rFonts w:ascii="Times New Roman" w:hAnsi="Times New Roman" w:cs="Times New Roman"/>
          <w:b/>
          <w:color w:val="1F497D" w:themeColor="text2"/>
          <w:sz w:val="24"/>
          <w:szCs w:val="24"/>
          <w:lang w:val="ru-RU"/>
        </w:rPr>
        <w:t>. В твоём классе чаще всего травлю замечают…</w:t>
      </w:r>
    </w:p>
    <w:p w:rsidR="000A6DA8" w:rsidRPr="00AD4F77" w:rsidRDefault="00C569A1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  <w:lang w:val="ru-RU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сами ребята, и стараются не поддерживать</w:t>
      </w:r>
    </w:p>
    <w:p w:rsidR="000A6DA8" w:rsidRPr="00AD4F77" w:rsidRDefault="00C569A1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  <w:lang w:val="ru-RU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сами ребята, но делают вид, что это нормально</w:t>
      </w:r>
    </w:p>
    <w:p w:rsidR="000A6DA8" w:rsidRPr="00AD4F77" w:rsidRDefault="00C569A1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взрослые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учителя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психолог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0A6DA8" w:rsidRPr="00AD4F77" w:rsidRDefault="00C569A1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почти никто не замечает</w:t>
      </w:r>
    </w:p>
    <w:p w:rsidR="000A6DA8" w:rsidRPr="00AD4F77" w:rsidRDefault="00C569A1" w:rsidP="009977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2. </w:t>
      </w:r>
      <w:r w:rsidRPr="00354717">
        <w:rPr>
          <w:rFonts w:ascii="Times New Roman" w:hAnsi="Times New Roman" w:cs="Times New Roman"/>
          <w:b/>
          <w:color w:val="1F497D" w:themeColor="text2"/>
          <w:sz w:val="24"/>
          <w:szCs w:val="24"/>
          <w:lang w:val="ru-RU"/>
        </w:rPr>
        <w:t xml:space="preserve">Если кто-то из класса пишет злые комментарии в чате, это </w:t>
      </w:r>
      <w:r w:rsidRPr="00354717">
        <w:rPr>
          <w:rFonts w:ascii="Times New Roman" w:hAnsi="Times New Roman" w:cs="Times New Roman"/>
          <w:b/>
          <w:color w:val="1F497D" w:themeColor="text2"/>
          <w:sz w:val="24"/>
          <w:szCs w:val="24"/>
          <w:lang w:val="ru-RU"/>
        </w:rPr>
        <w:t>обычно</w:t>
      </w:r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…</w:t>
      </w:r>
    </w:p>
    <w:p w:rsidR="000A6DA8" w:rsidRPr="00AD4F77" w:rsidRDefault="00C569A1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быстро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пресекают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сами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ребята</w:t>
      </w:r>
    </w:p>
    <w:p w:rsidR="000A6DA8" w:rsidRPr="00AD4F77" w:rsidRDefault="00C569A1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смеются и пересылают</w:t>
      </w:r>
    </w:p>
    <w:p w:rsidR="000A6DA8" w:rsidRPr="00AD4F77" w:rsidRDefault="00C569A1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жалуются взрослым</w:t>
      </w:r>
    </w:p>
    <w:p w:rsidR="000A6DA8" w:rsidRPr="00AD4F77" w:rsidRDefault="00C569A1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  <w:lang w:val="ru-RU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делают вид, что ничего не происходит</w:t>
      </w:r>
    </w:p>
    <w:p w:rsidR="000A6DA8" w:rsidRPr="00354717" w:rsidRDefault="00C569A1" w:rsidP="009977CD">
      <w:pPr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3</w:t>
      </w:r>
      <w:r w:rsidRPr="00354717">
        <w:rPr>
          <w:rFonts w:ascii="Times New Roman" w:hAnsi="Times New Roman" w:cs="Times New Roman"/>
          <w:b/>
          <w:color w:val="1F497D" w:themeColor="text2"/>
          <w:sz w:val="24"/>
          <w:szCs w:val="24"/>
          <w:lang w:val="ru-RU"/>
        </w:rPr>
        <w:t>. Считаешь ли ты, что один человек может остановить травлю, если прямо скажет «хватит»? Почему?</w:t>
      </w:r>
    </w:p>
    <w:p w:rsidR="000A6DA8" w:rsidRPr="00AD4F77" w:rsidRDefault="00C569A1" w:rsidP="009977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_________________________________________________________</w:t>
      </w:r>
    </w:p>
    <w:p w:rsidR="000A6DA8" w:rsidRPr="00354717" w:rsidRDefault="00C569A1" w:rsidP="009977CD">
      <w:pPr>
        <w:spacing w:after="0" w:line="240" w:lineRule="auto"/>
        <w:jc w:val="both"/>
        <w:rPr>
          <w:rFonts w:ascii="Times New Roman" w:hAnsi="Times New Roman" w:cs="Times New Roman"/>
          <w:color w:val="1F497D" w:themeColor="text2"/>
          <w:sz w:val="24"/>
          <w:szCs w:val="24"/>
          <w:lang w:val="ru-RU"/>
        </w:rPr>
      </w:pPr>
      <w:r w:rsidRPr="00354717">
        <w:rPr>
          <w:rFonts w:ascii="Times New Roman" w:hAnsi="Times New Roman" w:cs="Times New Roman"/>
          <w:b/>
          <w:color w:val="1F497D" w:themeColor="text2"/>
          <w:sz w:val="24"/>
          <w:szCs w:val="24"/>
          <w:lang w:val="ru-RU"/>
        </w:rPr>
        <w:t>4. Кому в первую очередь ты бы рассказал, если бы тебя или одноклассника травили?</w:t>
      </w:r>
    </w:p>
    <w:p w:rsidR="000A6DA8" w:rsidRPr="00AD4F77" w:rsidRDefault="00C569A1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родителям</w:t>
      </w:r>
      <w:proofErr w:type="spellEnd"/>
    </w:p>
    <w:p w:rsidR="000A6DA8" w:rsidRPr="00AD4F77" w:rsidRDefault="00C569A1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классному руководителю</w:t>
      </w:r>
    </w:p>
    <w:p w:rsidR="000A6DA8" w:rsidRPr="00AD4F77" w:rsidRDefault="00C569A1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школьному психологу</w:t>
      </w:r>
    </w:p>
    <w:p w:rsidR="000A6DA8" w:rsidRPr="00AD4F77" w:rsidRDefault="00C569A1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другу</w:t>
      </w:r>
    </w:p>
    <w:p w:rsidR="000A6DA8" w:rsidRPr="00AD4F77" w:rsidRDefault="00C569A1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никому</w:t>
      </w:r>
    </w:p>
    <w:p w:rsidR="000A6DA8" w:rsidRPr="00AD4F77" w:rsidRDefault="00C569A1" w:rsidP="009977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5. </w:t>
      </w:r>
      <w:r w:rsidRPr="00354717">
        <w:rPr>
          <w:rFonts w:ascii="Times New Roman" w:hAnsi="Times New Roman" w:cs="Times New Roman"/>
          <w:b/>
          <w:color w:val="1F497D" w:themeColor="text2"/>
          <w:sz w:val="24"/>
          <w:szCs w:val="24"/>
          <w:lang w:val="ru-RU"/>
        </w:rPr>
        <w:t xml:space="preserve">Напиши одно правило, которое помогло бы сделать класс безопаснее. </w:t>
      </w:r>
      <w:proofErr w:type="spellStart"/>
      <w:proofErr w:type="gramStart"/>
      <w:r w:rsidRPr="00354717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Не</w:t>
      </w:r>
      <w:proofErr w:type="spellEnd"/>
      <w:r w:rsidRPr="00354717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</w:t>
      </w:r>
      <w:proofErr w:type="spellStart"/>
      <w:r w:rsidRPr="00354717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больше</w:t>
      </w:r>
      <w:proofErr w:type="spellEnd"/>
      <w:r w:rsidRPr="00354717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10 </w:t>
      </w:r>
      <w:proofErr w:type="spellStart"/>
      <w:r w:rsidRPr="00354717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слов</w:t>
      </w:r>
      <w:proofErr w:type="spellEnd"/>
      <w:r w:rsidRPr="00354717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</w:t>
      </w:r>
      <w:proofErr w:type="gramEnd"/>
    </w:p>
    <w:p w:rsidR="000A6DA8" w:rsidRPr="00AD4F77" w:rsidRDefault="00C569A1" w:rsidP="009977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</w:t>
      </w:r>
    </w:p>
    <w:p w:rsidR="009977CD" w:rsidRDefault="009977CD" w:rsidP="009977CD">
      <w:pPr>
        <w:pStyle w:val="21"/>
        <w:spacing w:before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9977CD" w:rsidRDefault="009977CD" w:rsidP="009977CD">
      <w:pPr>
        <w:pStyle w:val="21"/>
        <w:spacing w:before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0A6DA8" w:rsidRPr="00AD4F77" w:rsidRDefault="00C569A1" w:rsidP="009977CD">
      <w:pPr>
        <w:pStyle w:val="21"/>
        <w:spacing w:before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Что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считывает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психолог</w:t>
      </w:r>
      <w:proofErr w:type="spellEnd"/>
    </w:p>
    <w:p w:rsidR="000A6DA8" w:rsidRPr="00AD4F77" w:rsidRDefault="00C569A1" w:rsidP="009977CD">
      <w:pPr>
        <w:pStyle w:val="a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Вопросы 1 и 2 — карта «видимости»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буллинга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: кто замечает и как группа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к нему относится.</w:t>
      </w:r>
    </w:p>
    <w:p w:rsidR="000A6DA8" w:rsidRPr="00AD4F77" w:rsidRDefault="00C569A1" w:rsidP="009977CD">
      <w:pPr>
        <w:pStyle w:val="a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Вопрос 3 — вера в силу союзника (ключевой маркер профилактики).</w:t>
      </w:r>
    </w:p>
    <w:p w:rsidR="000A6DA8" w:rsidRPr="00AD4F77" w:rsidRDefault="00C569A1" w:rsidP="009977CD">
      <w:pPr>
        <w:pStyle w:val="a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Вопрос 4 — зоны доверия: где искать естественных союзников и где усиливать контакт.</w:t>
      </w:r>
    </w:p>
    <w:p w:rsidR="000A6DA8" w:rsidRPr="00AD4F77" w:rsidRDefault="00C569A1" w:rsidP="009977CD">
      <w:pPr>
        <w:pStyle w:val="a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Вопрос 5 — готовые формулировки для правил класса.</w:t>
      </w:r>
    </w:p>
    <w:p w:rsidR="000A6DA8" w:rsidRPr="00AD4F77" w:rsidRDefault="000A6DA8" w:rsidP="009977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354717" w:rsidRDefault="00354717" w:rsidP="009977CD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1F497D" w:themeColor="text2"/>
          <w:sz w:val="24"/>
          <w:szCs w:val="24"/>
          <w:lang w:val="ru-RU"/>
        </w:rPr>
      </w:pPr>
    </w:p>
    <w:p w:rsidR="00354717" w:rsidRDefault="00354717" w:rsidP="009977CD">
      <w:pPr>
        <w:spacing w:line="240" w:lineRule="auto"/>
        <w:rPr>
          <w:lang w:val="ru-RU"/>
        </w:rPr>
      </w:pPr>
    </w:p>
    <w:p w:rsidR="009977CD" w:rsidRDefault="009977CD" w:rsidP="009977CD">
      <w:pPr>
        <w:spacing w:line="240" w:lineRule="auto"/>
        <w:rPr>
          <w:lang w:val="ru-RU"/>
        </w:rPr>
      </w:pPr>
    </w:p>
    <w:p w:rsidR="009977CD" w:rsidRDefault="009977CD" w:rsidP="009977CD">
      <w:pPr>
        <w:spacing w:line="240" w:lineRule="auto"/>
        <w:rPr>
          <w:lang w:val="ru-RU"/>
        </w:rPr>
      </w:pPr>
    </w:p>
    <w:p w:rsidR="009977CD" w:rsidRDefault="009977CD" w:rsidP="009977CD">
      <w:pPr>
        <w:spacing w:line="240" w:lineRule="auto"/>
        <w:rPr>
          <w:lang w:val="ru-RU"/>
        </w:rPr>
      </w:pPr>
    </w:p>
    <w:p w:rsidR="009977CD" w:rsidRDefault="009977CD" w:rsidP="009977CD">
      <w:pPr>
        <w:spacing w:line="240" w:lineRule="auto"/>
        <w:rPr>
          <w:lang w:val="ru-RU"/>
        </w:rPr>
      </w:pPr>
    </w:p>
    <w:p w:rsidR="009977CD" w:rsidRPr="00354717" w:rsidRDefault="009977CD" w:rsidP="009977CD">
      <w:pPr>
        <w:spacing w:line="240" w:lineRule="auto"/>
        <w:rPr>
          <w:lang w:val="ru-RU"/>
        </w:rPr>
      </w:pPr>
    </w:p>
    <w:p w:rsidR="00354717" w:rsidRDefault="00354717" w:rsidP="009977CD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1F497D" w:themeColor="text2"/>
          <w:sz w:val="24"/>
          <w:szCs w:val="24"/>
          <w:lang w:val="ru-RU"/>
        </w:rPr>
      </w:pPr>
    </w:p>
    <w:p w:rsidR="00354717" w:rsidRPr="00354717" w:rsidRDefault="00354717" w:rsidP="009977CD">
      <w:pPr>
        <w:spacing w:line="240" w:lineRule="auto"/>
        <w:rPr>
          <w:lang w:val="ru-RU"/>
        </w:rPr>
      </w:pPr>
    </w:p>
    <w:p w:rsidR="000A6DA8" w:rsidRPr="00AC1F0F" w:rsidRDefault="00C569A1" w:rsidP="009977CD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1F497D" w:themeColor="text2"/>
          <w:sz w:val="24"/>
          <w:szCs w:val="24"/>
          <w:lang w:val="ru-RU"/>
        </w:rPr>
      </w:pPr>
      <w:r w:rsidRPr="00AC1F0F">
        <w:rPr>
          <w:rFonts w:ascii="Times New Roman" w:hAnsi="Times New Roman" w:cs="Times New Roman"/>
          <w:color w:val="1F497D" w:themeColor="text2"/>
          <w:sz w:val="24"/>
          <w:szCs w:val="24"/>
          <w:lang w:val="ru-RU"/>
        </w:rPr>
        <w:lastRenderedPageBreak/>
        <w:t>Вариант 3. Эмоциональный срез после ф</w:t>
      </w:r>
      <w:r w:rsidRPr="00AC1F0F">
        <w:rPr>
          <w:rFonts w:ascii="Times New Roman" w:hAnsi="Times New Roman" w:cs="Times New Roman"/>
          <w:color w:val="1F497D" w:themeColor="text2"/>
          <w:sz w:val="24"/>
          <w:szCs w:val="24"/>
          <w:lang w:val="ru-RU"/>
        </w:rPr>
        <w:t>ильма (3–4 минуты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)</w:t>
      </w:r>
    </w:p>
    <w:p w:rsidR="000A6DA8" w:rsidRPr="00AD4F77" w:rsidRDefault="00C569A1" w:rsidP="009977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Для: 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5–8 классов. Подходит после просмотра «Забыли!» или любого короткого фильма про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буллинг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.</w:t>
      </w:r>
    </w:p>
    <w:p w:rsidR="000A6DA8" w:rsidRPr="00AD4F77" w:rsidRDefault="00C569A1" w:rsidP="009977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Цель: 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поймать эмоциональный отклик и первые слова, которыми дети описывают ситуацию.</w:t>
      </w:r>
    </w:p>
    <w:p w:rsidR="00354717" w:rsidRDefault="00354717" w:rsidP="009977C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</w:p>
    <w:p w:rsidR="000A6DA8" w:rsidRPr="00AD4F77" w:rsidRDefault="00C569A1" w:rsidP="009977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Инструкция детям: 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«Ответь анонимно. Нет правильных ответов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. Если вопрос некомфортен — прочерк. Имя не пишем».</w:t>
      </w:r>
    </w:p>
    <w:p w:rsidR="00354717" w:rsidRDefault="00354717" w:rsidP="009977CD">
      <w:pPr>
        <w:pStyle w:val="21"/>
        <w:spacing w:before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0A6DA8" w:rsidRDefault="00C569A1" w:rsidP="009977CD">
      <w:pPr>
        <w:pStyle w:val="21"/>
        <w:spacing w:before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Вопросы</w:t>
      </w:r>
    </w:p>
    <w:p w:rsidR="000A6DA8" w:rsidRPr="00354717" w:rsidRDefault="00C569A1" w:rsidP="009977CD">
      <w:pPr>
        <w:spacing w:after="0" w:line="240" w:lineRule="auto"/>
        <w:jc w:val="both"/>
        <w:rPr>
          <w:rFonts w:ascii="Times New Roman" w:hAnsi="Times New Roman" w:cs="Times New Roman"/>
          <w:color w:val="1F497D" w:themeColor="text2"/>
          <w:sz w:val="24"/>
          <w:szCs w:val="24"/>
          <w:lang w:val="ru-RU"/>
        </w:rPr>
      </w:pPr>
      <w:r w:rsidRPr="00354717">
        <w:rPr>
          <w:rFonts w:ascii="Times New Roman" w:hAnsi="Times New Roman" w:cs="Times New Roman"/>
          <w:b/>
          <w:color w:val="1F497D" w:themeColor="text2"/>
          <w:sz w:val="24"/>
          <w:szCs w:val="24"/>
          <w:lang w:val="ru-RU"/>
        </w:rPr>
        <w:t>1. После просмотра фильма тебе больше всего запомнилась сцена, где…</w:t>
      </w:r>
    </w:p>
    <w:p w:rsidR="000A6DA8" w:rsidRPr="00AD4F77" w:rsidRDefault="00C569A1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кто-то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смеётся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над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другим</w:t>
      </w:r>
    </w:p>
    <w:p w:rsidR="000A6DA8" w:rsidRPr="00AD4F77" w:rsidRDefault="00C569A1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  <w:lang w:val="ru-RU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кто-то молчит и делает вид, что не замечает</w:t>
      </w:r>
    </w:p>
    <w:p w:rsidR="000A6DA8" w:rsidRPr="00AD4F77" w:rsidRDefault="00C569A1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кто-то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заступается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помогает</w:t>
      </w:r>
    </w:p>
    <w:p w:rsidR="000A6DA8" w:rsidRDefault="00C569A1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другое (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напиши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1–2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слова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) ____________________</w:t>
      </w:r>
    </w:p>
    <w:p w:rsidR="009977CD" w:rsidRPr="009977CD" w:rsidRDefault="009977CD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0A6DA8" w:rsidRPr="00AD4F77" w:rsidRDefault="00C569A1" w:rsidP="009977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2. </w:t>
      </w:r>
      <w:r w:rsidRPr="00354717">
        <w:rPr>
          <w:rFonts w:ascii="Times New Roman" w:hAnsi="Times New Roman" w:cs="Times New Roman"/>
          <w:b/>
          <w:color w:val="1F497D" w:themeColor="text2"/>
          <w:sz w:val="24"/>
          <w:szCs w:val="24"/>
          <w:lang w:val="ru-RU"/>
        </w:rPr>
        <w:t>Если бы ты был героем этой сцены, ты бы скорее…</w:t>
      </w:r>
    </w:p>
    <w:p w:rsidR="000A6DA8" w:rsidRPr="00AD4F77" w:rsidRDefault="00C569A1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промолчал</w:t>
      </w:r>
      <w:proofErr w:type="spellEnd"/>
    </w:p>
    <w:p w:rsidR="000A6DA8" w:rsidRPr="00AD4F77" w:rsidRDefault="00C569A1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тихо поддержал пострадавшего</w:t>
      </w:r>
    </w:p>
    <w:p w:rsidR="000A6DA8" w:rsidRPr="00AD4F77" w:rsidRDefault="00C569A1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громко сказал «хватит»</w:t>
      </w:r>
    </w:p>
    <w:p w:rsidR="000A6DA8" w:rsidRDefault="00C569A1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позвал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взрослого</w:t>
      </w:r>
      <w:proofErr w:type="spellEnd"/>
    </w:p>
    <w:p w:rsidR="009977CD" w:rsidRPr="009977CD" w:rsidRDefault="009977CD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0A6DA8" w:rsidRPr="00354717" w:rsidRDefault="00C569A1" w:rsidP="009977CD">
      <w:pPr>
        <w:spacing w:after="0" w:line="240" w:lineRule="auto"/>
        <w:jc w:val="both"/>
        <w:rPr>
          <w:rFonts w:ascii="Times New Roman" w:hAnsi="Times New Roman" w:cs="Times New Roman"/>
          <w:color w:val="1F497D" w:themeColor="text2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3. </w:t>
      </w:r>
      <w:r w:rsidRPr="00354717">
        <w:rPr>
          <w:rFonts w:ascii="Times New Roman" w:hAnsi="Times New Roman" w:cs="Times New Roman"/>
          <w:b/>
          <w:color w:val="1F497D" w:themeColor="text2"/>
          <w:sz w:val="24"/>
          <w:szCs w:val="24"/>
          <w:lang w:val="ru-RU"/>
        </w:rPr>
        <w:t>Самое неприятное чувство в этом фильме — это…</w:t>
      </w:r>
    </w:p>
    <w:p w:rsidR="000A6DA8" w:rsidRDefault="00C569A1" w:rsidP="009977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Напиши 1 слово: ____________________</w:t>
      </w:r>
    </w:p>
    <w:p w:rsidR="009977CD" w:rsidRPr="00AD4F77" w:rsidRDefault="009977CD" w:rsidP="009977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0A6DA8" w:rsidRPr="00AD4F77" w:rsidRDefault="00C569A1" w:rsidP="009977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4</w:t>
      </w:r>
      <w:r w:rsidRPr="00354717">
        <w:rPr>
          <w:rFonts w:ascii="Times New Roman" w:hAnsi="Times New Roman" w:cs="Times New Roman"/>
          <w:b/>
          <w:color w:val="1F497D" w:themeColor="text2"/>
          <w:sz w:val="24"/>
          <w:szCs w:val="24"/>
          <w:lang w:val="ru-RU"/>
        </w:rPr>
        <w:t xml:space="preserve">. </w:t>
      </w:r>
      <w:r w:rsidRPr="00354717">
        <w:rPr>
          <w:rFonts w:ascii="Times New Roman" w:hAnsi="Times New Roman" w:cs="Times New Roman"/>
          <w:b/>
          <w:color w:val="1F497D" w:themeColor="text2"/>
          <w:sz w:val="24"/>
          <w:szCs w:val="24"/>
          <w:lang w:val="ru-RU"/>
        </w:rPr>
        <w:t xml:space="preserve">Если в классе происходит что-то похожее, самое важное, что может сделать взрослый, </w:t>
      </w:r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— это…</w:t>
      </w:r>
    </w:p>
    <w:p w:rsidR="000A6DA8" w:rsidRDefault="00C569A1" w:rsidP="009977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Напиши 1 фразу (не больше 10 слов): ____________________</w:t>
      </w:r>
    </w:p>
    <w:p w:rsidR="009977CD" w:rsidRPr="00AD4F77" w:rsidRDefault="009977CD" w:rsidP="009977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C569A1" w:rsidRDefault="00C569A1" w:rsidP="009977CD">
      <w:pPr>
        <w:pStyle w:val="21"/>
        <w:spacing w:before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C569A1" w:rsidRDefault="00C569A1" w:rsidP="009977CD">
      <w:pPr>
        <w:pStyle w:val="21"/>
        <w:spacing w:before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0A6DA8" w:rsidRPr="00AD4F77" w:rsidRDefault="00C569A1" w:rsidP="009977CD">
      <w:pPr>
        <w:pStyle w:val="21"/>
        <w:spacing w:before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Что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считывает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психолог</w:t>
      </w:r>
      <w:proofErr w:type="spellEnd"/>
    </w:p>
    <w:p w:rsidR="000A6DA8" w:rsidRPr="00AD4F77" w:rsidRDefault="00C569A1" w:rsidP="009977CD">
      <w:pPr>
        <w:pStyle w:val="a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proofErr w:type="gram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Вопрос</w:t>
      </w:r>
      <w:proofErr w:type="gramEnd"/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1: </w:t>
      </w:r>
      <w:proofErr w:type="gram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какие</w:t>
      </w:r>
      <w:proofErr w:type="gramEnd"/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ситуации дети замечают и считают самыми яркими (видимость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буллинга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).</w:t>
      </w:r>
    </w:p>
    <w:p w:rsidR="000A6DA8" w:rsidRPr="00AD4F77" w:rsidRDefault="00C569A1" w:rsidP="009977CD">
      <w:pPr>
        <w:pStyle w:val="a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опрос 2: готовность к разным уровням вмешательства.</w:t>
      </w:r>
    </w:p>
    <w:p w:rsidR="000A6DA8" w:rsidRPr="00AD4F77" w:rsidRDefault="00C569A1" w:rsidP="009977CD">
      <w:pPr>
        <w:pStyle w:val="a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Вопрос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3: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эмоциональный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словарь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класса.</w:t>
      </w:r>
    </w:p>
    <w:p w:rsidR="000A6DA8" w:rsidRPr="00AD4F77" w:rsidRDefault="00C569A1" w:rsidP="009977CD">
      <w:pPr>
        <w:pStyle w:val="a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Вопрос 4: ожидания детей от взрослых (готовые формулировки для правил класса и плана профилактики).</w:t>
      </w:r>
    </w:p>
    <w:p w:rsidR="000A6DA8" w:rsidRDefault="000A6DA8" w:rsidP="009977C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9977CD" w:rsidRDefault="009977CD" w:rsidP="009977C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9977CD" w:rsidRDefault="009977CD" w:rsidP="009977C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9977CD" w:rsidRDefault="009977CD" w:rsidP="009977C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9977CD" w:rsidRDefault="009977CD" w:rsidP="009977C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9977CD" w:rsidRDefault="009977CD" w:rsidP="009977C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9977CD" w:rsidRDefault="009977CD" w:rsidP="009977C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9977CD" w:rsidRPr="00AD4F77" w:rsidRDefault="009977CD" w:rsidP="009977C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0A6DA8" w:rsidRPr="00AD4F77" w:rsidRDefault="00C569A1" w:rsidP="009977CD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C1F0F">
        <w:rPr>
          <w:rFonts w:ascii="Times New Roman" w:hAnsi="Times New Roman" w:cs="Times New Roman"/>
          <w:color w:val="1F497D" w:themeColor="text2"/>
          <w:sz w:val="24"/>
          <w:szCs w:val="24"/>
          <w:lang w:val="ru-RU"/>
        </w:rPr>
        <w:lastRenderedPageBreak/>
        <w:t xml:space="preserve">Вариант 4. Карта ролей в ситуации </w:t>
      </w:r>
      <w:proofErr w:type="spellStart"/>
      <w:r w:rsidRPr="00AC1F0F">
        <w:rPr>
          <w:rFonts w:ascii="Times New Roman" w:hAnsi="Times New Roman" w:cs="Times New Roman"/>
          <w:color w:val="1F497D" w:themeColor="text2"/>
          <w:sz w:val="24"/>
          <w:szCs w:val="24"/>
          <w:lang w:val="ru-RU"/>
        </w:rPr>
        <w:t>буллинга</w:t>
      </w:r>
      <w:proofErr w:type="spellEnd"/>
      <w:r w:rsidRPr="00AC1F0F">
        <w:rPr>
          <w:rFonts w:ascii="Times New Roman" w:hAnsi="Times New Roman" w:cs="Times New Roman"/>
          <w:color w:val="1F497D" w:themeColor="text2"/>
          <w:sz w:val="24"/>
          <w:szCs w:val="24"/>
          <w:lang w:val="ru-RU"/>
        </w:rPr>
        <w:t xml:space="preserve"> (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5 минут)</w:t>
      </w:r>
    </w:p>
    <w:p w:rsidR="000A6DA8" w:rsidRPr="00AD4F77" w:rsidRDefault="00C569A1" w:rsidP="009977C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Для: 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7–9 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классов.</w:t>
      </w:r>
    </w:p>
    <w:p w:rsidR="000A6DA8" w:rsidRPr="00AD4F77" w:rsidRDefault="00C569A1" w:rsidP="009977C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proofErr w:type="gramStart"/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Цель: 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выявить, как класс распределяет роли (агрессор, жертва, свидетель, союзник) и насколько нормализована травля.</w:t>
      </w:r>
      <w:proofErr w:type="gramEnd"/>
    </w:p>
    <w:p w:rsidR="000A6DA8" w:rsidRPr="00AD4F77" w:rsidRDefault="00C569A1" w:rsidP="009977C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Инструкция: 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«Отвечай честно, анонимно. Если некомфортно — прочерк».</w:t>
      </w:r>
    </w:p>
    <w:p w:rsidR="000A6DA8" w:rsidRDefault="00C569A1" w:rsidP="009977CD">
      <w:pPr>
        <w:pStyle w:val="21"/>
        <w:spacing w:before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Вопросы</w:t>
      </w:r>
    </w:p>
    <w:p w:rsidR="000A6DA8" w:rsidRPr="00AD4F77" w:rsidRDefault="00C569A1" w:rsidP="009977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9977CD">
        <w:rPr>
          <w:rFonts w:ascii="Times New Roman" w:hAnsi="Times New Roman" w:cs="Times New Roman"/>
          <w:b/>
          <w:color w:val="1F497D" w:themeColor="text2"/>
          <w:sz w:val="24"/>
          <w:szCs w:val="24"/>
          <w:lang w:val="ru-RU"/>
        </w:rPr>
        <w:t>1. Когда в классе кто-то кого-то травит, чаще всего реб</w:t>
      </w:r>
      <w:r w:rsidRPr="009977CD">
        <w:rPr>
          <w:rFonts w:ascii="Times New Roman" w:hAnsi="Times New Roman" w:cs="Times New Roman"/>
          <w:b/>
          <w:color w:val="1F497D" w:themeColor="text2"/>
          <w:sz w:val="24"/>
          <w:szCs w:val="24"/>
          <w:lang w:val="ru-RU"/>
        </w:rPr>
        <w:t>ята</w:t>
      </w:r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…</w:t>
      </w:r>
    </w:p>
    <w:p w:rsidR="000A6DA8" w:rsidRPr="00AD4F77" w:rsidRDefault="00C569A1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считают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это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просто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шуткой»</w:t>
      </w:r>
    </w:p>
    <w:p w:rsidR="000A6DA8" w:rsidRPr="00AD4F77" w:rsidRDefault="00C569A1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  <w:lang w:val="ru-RU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стараются не поддерживать, но и не вмешиваются</w:t>
      </w:r>
    </w:p>
    <w:p w:rsidR="000A6DA8" w:rsidRPr="00AD4F77" w:rsidRDefault="00C569A1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прямо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останавливают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заступаются</w:t>
      </w:r>
    </w:p>
    <w:p w:rsidR="000A6DA8" w:rsidRPr="00AD4F77" w:rsidRDefault="00C569A1" w:rsidP="009977CD">
      <w:pPr>
        <w:pStyle w:val="a0"/>
        <w:numPr>
          <w:ilvl w:val="0"/>
          <w:numId w:val="0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сами присоединяются</w:t>
      </w:r>
    </w:p>
    <w:p w:rsidR="000A6DA8" w:rsidRPr="00AD4F77" w:rsidRDefault="00C569A1" w:rsidP="009977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2. </w:t>
      </w:r>
      <w:r w:rsidRPr="009977CD">
        <w:rPr>
          <w:rFonts w:ascii="Times New Roman" w:hAnsi="Times New Roman" w:cs="Times New Roman"/>
          <w:b/>
          <w:color w:val="1F497D" w:themeColor="text2"/>
          <w:sz w:val="24"/>
          <w:szCs w:val="24"/>
          <w:lang w:val="ru-RU"/>
        </w:rPr>
        <w:t>В таких ситуациях взрослые (учителя, психолог) обычно…</w:t>
      </w:r>
    </w:p>
    <w:p w:rsidR="000A6DA8" w:rsidRPr="00AD4F77" w:rsidRDefault="00C569A1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быстро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замечают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реагируют</w:t>
      </w:r>
    </w:p>
    <w:p w:rsidR="000A6DA8" w:rsidRPr="00AD4F77" w:rsidRDefault="00C569A1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  <w:lang w:val="ru-RU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замечают, но не знают,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что делать</w:t>
      </w:r>
    </w:p>
    <w:p w:rsidR="000A6DA8" w:rsidRPr="00AD4F77" w:rsidRDefault="00C569A1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почти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замечают</w:t>
      </w:r>
      <w:proofErr w:type="spellEnd"/>
    </w:p>
    <w:p w:rsidR="000A6DA8" w:rsidRDefault="00C569A1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  <w:lang w:val="ru-RU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реагируют слишком резко и делают хуже</w:t>
      </w:r>
    </w:p>
    <w:p w:rsidR="009977CD" w:rsidRPr="00AD4F77" w:rsidRDefault="009977CD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0A6DA8" w:rsidRPr="00AD4F77" w:rsidRDefault="00C569A1" w:rsidP="009977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3. </w:t>
      </w:r>
      <w:r w:rsidRPr="00C569A1">
        <w:rPr>
          <w:rFonts w:ascii="Times New Roman" w:hAnsi="Times New Roman" w:cs="Times New Roman"/>
          <w:b/>
          <w:color w:val="1F497D" w:themeColor="text2"/>
          <w:sz w:val="24"/>
          <w:szCs w:val="24"/>
          <w:lang w:val="ru-RU"/>
        </w:rPr>
        <w:t>Если ты видишь, что кого-то травят, ты скорее</w:t>
      </w:r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…</w:t>
      </w:r>
    </w:p>
    <w:p w:rsidR="000A6DA8" w:rsidRPr="00AD4F77" w:rsidRDefault="00C569A1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  <w:lang w:val="ru-RU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ничего не делаю — это не моё дело</w:t>
      </w:r>
    </w:p>
    <w:p w:rsidR="000A6DA8" w:rsidRPr="00AD4F77" w:rsidRDefault="00C569A1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  <w:lang w:val="ru-RU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поддерживаю пострадавшего лично (в переписке, наедине)</w:t>
      </w:r>
    </w:p>
    <w:p w:rsidR="000A6DA8" w:rsidRPr="00AD4F77" w:rsidRDefault="00C569A1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сообщаю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взрослому</w:t>
      </w:r>
      <w:proofErr w:type="spellEnd"/>
    </w:p>
    <w:p w:rsidR="000A6DA8" w:rsidRDefault="00C569A1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пытаюсь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остановить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прямо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там</w:t>
      </w:r>
      <w:proofErr w:type="spellEnd"/>
    </w:p>
    <w:p w:rsidR="009977CD" w:rsidRPr="009977CD" w:rsidRDefault="009977CD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0A6DA8" w:rsidRDefault="00C569A1" w:rsidP="009977C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4</w:t>
      </w:r>
      <w:r w:rsidRPr="009977CD">
        <w:rPr>
          <w:rFonts w:ascii="Times New Roman" w:hAnsi="Times New Roman" w:cs="Times New Roman"/>
          <w:b/>
          <w:color w:val="1F497D" w:themeColor="text2"/>
          <w:sz w:val="24"/>
          <w:szCs w:val="24"/>
          <w:lang w:val="ru-RU"/>
        </w:rPr>
        <w:t xml:space="preserve">. </w:t>
      </w:r>
      <w:r w:rsidRPr="009977CD">
        <w:rPr>
          <w:rFonts w:ascii="Times New Roman" w:hAnsi="Times New Roman" w:cs="Times New Roman"/>
          <w:b/>
          <w:color w:val="1F497D" w:themeColor="text2"/>
          <w:sz w:val="24"/>
          <w:szCs w:val="24"/>
          <w:lang w:val="ru-RU"/>
        </w:rPr>
        <w:t xml:space="preserve">Напиши одно слово, которое лучше всего описывает, что чувствует тот, кто молчит, когда кого-то травят: </w:t>
      </w:r>
      <w:r w:rsidRPr="009977CD">
        <w:rPr>
          <w:rFonts w:ascii="Times New Roman" w:hAnsi="Times New Roman" w:cs="Times New Roman"/>
          <w:b/>
          <w:sz w:val="24"/>
          <w:szCs w:val="24"/>
          <w:lang w:val="ru-RU"/>
        </w:rPr>
        <w:t>____________________</w:t>
      </w:r>
    </w:p>
    <w:p w:rsidR="00C569A1" w:rsidRDefault="00C569A1" w:rsidP="009977CD">
      <w:pPr>
        <w:spacing w:after="0" w:line="240" w:lineRule="auto"/>
        <w:jc w:val="both"/>
        <w:rPr>
          <w:rFonts w:ascii="Times New Roman" w:hAnsi="Times New Roman" w:cs="Times New Roman"/>
          <w:color w:val="1F497D" w:themeColor="text2"/>
          <w:sz w:val="24"/>
          <w:szCs w:val="24"/>
          <w:lang w:val="ru-RU"/>
        </w:rPr>
      </w:pPr>
    </w:p>
    <w:p w:rsidR="00C569A1" w:rsidRPr="009977CD" w:rsidRDefault="00C569A1" w:rsidP="009977CD">
      <w:pPr>
        <w:spacing w:after="0" w:line="240" w:lineRule="auto"/>
        <w:jc w:val="both"/>
        <w:rPr>
          <w:rFonts w:ascii="Times New Roman" w:hAnsi="Times New Roman" w:cs="Times New Roman"/>
          <w:color w:val="1F497D" w:themeColor="text2"/>
          <w:sz w:val="24"/>
          <w:szCs w:val="24"/>
          <w:lang w:val="ru-RU"/>
        </w:rPr>
      </w:pPr>
    </w:p>
    <w:p w:rsidR="000A6DA8" w:rsidRDefault="00C569A1" w:rsidP="009977CD">
      <w:pPr>
        <w:spacing w:after="0" w:line="240" w:lineRule="auto"/>
        <w:jc w:val="both"/>
        <w:rPr>
          <w:rFonts w:ascii="Times New Roman" w:hAnsi="Times New Roman" w:cs="Times New Roman"/>
          <w:b/>
          <w:color w:val="1F497D" w:themeColor="text2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5. </w:t>
      </w:r>
      <w:r w:rsidRPr="009977CD">
        <w:rPr>
          <w:rFonts w:ascii="Times New Roman" w:hAnsi="Times New Roman" w:cs="Times New Roman"/>
          <w:b/>
          <w:color w:val="1F497D" w:themeColor="text2"/>
          <w:sz w:val="24"/>
          <w:szCs w:val="24"/>
          <w:lang w:val="ru-RU"/>
        </w:rPr>
        <w:t xml:space="preserve">Напиши одно правило для класса, которое помогло бы остановить травлю. </w:t>
      </w:r>
      <w:r w:rsidRPr="00C569A1">
        <w:rPr>
          <w:rFonts w:ascii="Times New Roman" w:hAnsi="Times New Roman" w:cs="Times New Roman"/>
          <w:b/>
          <w:color w:val="1F497D" w:themeColor="text2"/>
          <w:sz w:val="24"/>
          <w:szCs w:val="24"/>
          <w:lang w:val="ru-RU"/>
        </w:rPr>
        <w:t xml:space="preserve">Не больше 12 слов: </w:t>
      </w:r>
      <w:r w:rsidRPr="00C569A1">
        <w:rPr>
          <w:rFonts w:ascii="Times New Roman" w:hAnsi="Times New Roman" w:cs="Times New Roman"/>
          <w:b/>
          <w:sz w:val="24"/>
          <w:szCs w:val="24"/>
          <w:lang w:val="ru-RU"/>
        </w:rPr>
        <w:t>____________________</w:t>
      </w:r>
    </w:p>
    <w:p w:rsidR="009977CD" w:rsidRPr="009977CD" w:rsidRDefault="009977CD" w:rsidP="009977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0A6DA8" w:rsidRPr="00AD4F77" w:rsidRDefault="00C569A1" w:rsidP="009977CD">
      <w:pPr>
        <w:pStyle w:val="21"/>
        <w:spacing w:before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Что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сч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итывает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психолог</w:t>
      </w:r>
      <w:proofErr w:type="spellEnd"/>
    </w:p>
    <w:p w:rsidR="000A6DA8" w:rsidRPr="00AD4F77" w:rsidRDefault="00C569A1" w:rsidP="009977CD">
      <w:pPr>
        <w:pStyle w:val="a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Вопросы 1 и 2: нормализация агрессии и доверие к взрослым.</w:t>
      </w:r>
    </w:p>
    <w:p w:rsidR="000A6DA8" w:rsidRPr="00AD4F77" w:rsidRDefault="00C569A1" w:rsidP="009977CD">
      <w:pPr>
        <w:pStyle w:val="a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Вопрос 3: реальные стратегии поведения (база для обучения «безопасным действиям»).</w:t>
      </w:r>
    </w:p>
    <w:p w:rsidR="000A6DA8" w:rsidRPr="00AD4F77" w:rsidRDefault="00C569A1" w:rsidP="009977CD">
      <w:pPr>
        <w:pStyle w:val="a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Вопрос 4: рефлексия свидетелей (стыд, страх, беспомощность —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мотиваторы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для тренингов поддержки).</w:t>
      </w:r>
    </w:p>
    <w:p w:rsidR="000A6DA8" w:rsidRPr="00AD4F77" w:rsidRDefault="00C569A1" w:rsidP="009977CD">
      <w:pPr>
        <w:pStyle w:val="a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Вопрос 5: готовые формулировки правил класса (можно вынести на классный час).</w:t>
      </w:r>
    </w:p>
    <w:p w:rsidR="00354717" w:rsidRDefault="00354717" w:rsidP="009977CD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354717" w:rsidRPr="00354717" w:rsidRDefault="00354717" w:rsidP="009977CD">
      <w:pPr>
        <w:spacing w:line="240" w:lineRule="auto"/>
        <w:rPr>
          <w:lang w:val="ru-RU"/>
        </w:rPr>
      </w:pPr>
    </w:p>
    <w:p w:rsidR="00354717" w:rsidRDefault="00354717" w:rsidP="009977CD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354717" w:rsidRDefault="00354717" w:rsidP="009977CD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9977CD" w:rsidRPr="009977CD" w:rsidRDefault="009977CD" w:rsidP="009977CD">
      <w:pPr>
        <w:rPr>
          <w:lang w:val="ru-RU"/>
        </w:rPr>
      </w:pPr>
    </w:p>
    <w:p w:rsidR="00354717" w:rsidRDefault="00354717" w:rsidP="009977CD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354717" w:rsidRDefault="00354717" w:rsidP="009977CD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9977CD" w:rsidRDefault="009977CD" w:rsidP="009977CD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                                                       </w:t>
      </w:r>
    </w:p>
    <w:p w:rsidR="000A6DA8" w:rsidRPr="009977CD" w:rsidRDefault="00AC1F0F" w:rsidP="009977CD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Вариант 5.</w:t>
      </w:r>
      <w:r w:rsidR="00C569A1" w:rsidRPr="00AC1F0F">
        <w:rPr>
          <w:rFonts w:ascii="Times New Roman" w:hAnsi="Times New Roman" w:cs="Times New Roman"/>
          <w:color w:val="1F497D" w:themeColor="text2"/>
          <w:sz w:val="24"/>
          <w:szCs w:val="24"/>
          <w:lang w:val="ru-RU"/>
        </w:rPr>
        <w:t>Опрос-рефлексия «От эмоций к действиям» (7 минут)</w:t>
      </w:r>
    </w:p>
    <w:p w:rsidR="009977CD" w:rsidRPr="009977CD" w:rsidRDefault="009977CD" w:rsidP="009977CD">
      <w:pPr>
        <w:rPr>
          <w:lang w:val="ru-RU"/>
        </w:rPr>
      </w:pPr>
    </w:p>
    <w:p w:rsidR="000A6DA8" w:rsidRPr="00AD4F77" w:rsidRDefault="00C569A1" w:rsidP="009977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Для: 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9–11 классов.</w:t>
      </w:r>
    </w:p>
    <w:p w:rsidR="000A6DA8" w:rsidRDefault="00C569A1" w:rsidP="009977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Цель: 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перевести эмоции в конкретные действия и зоны ответственности.</w:t>
      </w:r>
    </w:p>
    <w:p w:rsidR="009977CD" w:rsidRPr="00AD4F77" w:rsidRDefault="009977CD" w:rsidP="009977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0A6DA8" w:rsidRDefault="00C569A1" w:rsidP="009977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Инструкция: 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«Это анонимный 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опрос. Можно писать развёрнуто. Имя не нужно. Если вопрос слишком личный — прочерк».</w:t>
      </w:r>
    </w:p>
    <w:p w:rsidR="009977CD" w:rsidRPr="00AD4F77" w:rsidRDefault="009977CD" w:rsidP="009977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0A6DA8" w:rsidRPr="00AD4F77" w:rsidRDefault="00C569A1" w:rsidP="009977CD">
      <w:pPr>
        <w:pStyle w:val="21"/>
        <w:spacing w:before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Вопросы</w:t>
      </w:r>
    </w:p>
    <w:p w:rsidR="000A6DA8" w:rsidRDefault="00C569A1" w:rsidP="009977C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1</w:t>
      </w:r>
      <w:r w:rsidRPr="009977CD">
        <w:rPr>
          <w:rFonts w:ascii="Times New Roman" w:hAnsi="Times New Roman" w:cs="Times New Roman"/>
          <w:b/>
          <w:color w:val="1F497D" w:themeColor="text2"/>
          <w:sz w:val="24"/>
          <w:szCs w:val="24"/>
          <w:lang w:val="ru-RU"/>
        </w:rPr>
        <w:t xml:space="preserve">. </w:t>
      </w:r>
      <w:r w:rsidRPr="009977CD">
        <w:rPr>
          <w:rFonts w:ascii="Times New Roman" w:hAnsi="Times New Roman" w:cs="Times New Roman"/>
          <w:b/>
          <w:color w:val="1F497D" w:themeColor="text2"/>
          <w:sz w:val="24"/>
          <w:szCs w:val="24"/>
          <w:lang w:val="ru-RU"/>
        </w:rPr>
        <w:t>В фильме «Безмолвные» (или другом) самая сильная сцена для тебя была там, где… (напиши кратко 1 предложение</w:t>
      </w:r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) ____________________</w:t>
      </w:r>
    </w:p>
    <w:p w:rsidR="009977CD" w:rsidRPr="00AD4F77" w:rsidRDefault="009977CD" w:rsidP="009977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0A6DA8" w:rsidRDefault="00C569A1" w:rsidP="009977C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2. </w:t>
      </w:r>
      <w:r w:rsidRPr="009977CD">
        <w:rPr>
          <w:rFonts w:ascii="Times New Roman" w:hAnsi="Times New Roman" w:cs="Times New Roman"/>
          <w:b/>
          <w:color w:val="1F497D" w:themeColor="text2"/>
          <w:sz w:val="24"/>
          <w:szCs w:val="24"/>
          <w:lang w:val="ru-RU"/>
        </w:rPr>
        <w:t>Эта сцена вызвала у тебя чу</w:t>
      </w:r>
      <w:r w:rsidRPr="009977CD">
        <w:rPr>
          <w:rFonts w:ascii="Times New Roman" w:hAnsi="Times New Roman" w:cs="Times New Roman"/>
          <w:b/>
          <w:color w:val="1F497D" w:themeColor="text2"/>
          <w:sz w:val="24"/>
          <w:szCs w:val="24"/>
          <w:lang w:val="ru-RU"/>
        </w:rPr>
        <w:t xml:space="preserve">вство… </w:t>
      </w:r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(1–2 слова): ____________________</w:t>
      </w:r>
    </w:p>
    <w:p w:rsidR="009977CD" w:rsidRPr="00AD4F77" w:rsidRDefault="009977CD" w:rsidP="009977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0A6DA8" w:rsidRDefault="00C569A1" w:rsidP="009977C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3. </w:t>
      </w:r>
      <w:r w:rsidRPr="009977CD">
        <w:rPr>
          <w:rFonts w:ascii="Times New Roman" w:hAnsi="Times New Roman" w:cs="Times New Roman"/>
          <w:b/>
          <w:color w:val="1F497D" w:themeColor="text2"/>
          <w:sz w:val="24"/>
          <w:szCs w:val="24"/>
          <w:lang w:val="ru-RU"/>
        </w:rPr>
        <w:t>Если бы ты оказался рядом в этой ситуации, первое, что ты бы сделал, — это</w:t>
      </w:r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… (1 действие): ____________________</w:t>
      </w:r>
    </w:p>
    <w:p w:rsidR="009977CD" w:rsidRPr="00AD4F77" w:rsidRDefault="009977CD" w:rsidP="009977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0A6DA8" w:rsidRDefault="00C569A1" w:rsidP="009977C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4. </w:t>
      </w:r>
      <w:r w:rsidRPr="009977CD">
        <w:rPr>
          <w:rFonts w:ascii="Times New Roman" w:hAnsi="Times New Roman" w:cs="Times New Roman"/>
          <w:b/>
          <w:color w:val="1F497D" w:themeColor="text2"/>
          <w:sz w:val="24"/>
          <w:szCs w:val="24"/>
          <w:lang w:val="ru-RU"/>
        </w:rPr>
        <w:t xml:space="preserve">Что, по твоему мнению, должен сделать взрослый (учитель, психолог), чтобы реально помочь? </w:t>
      </w:r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Напиши 1</w:t>
      </w:r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–2 предложения: ____________________</w:t>
      </w:r>
    </w:p>
    <w:p w:rsidR="009977CD" w:rsidRPr="00AD4F77" w:rsidRDefault="009977CD" w:rsidP="009977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0A6DA8" w:rsidRDefault="00C569A1" w:rsidP="009977C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5. </w:t>
      </w:r>
      <w:r w:rsidRPr="009977CD">
        <w:rPr>
          <w:rFonts w:ascii="Times New Roman" w:hAnsi="Times New Roman" w:cs="Times New Roman"/>
          <w:b/>
          <w:color w:val="1F497D" w:themeColor="text2"/>
          <w:sz w:val="24"/>
          <w:szCs w:val="24"/>
          <w:lang w:val="ru-RU"/>
        </w:rPr>
        <w:t xml:space="preserve">Напиши 1 правило, которое ты лично готов соблюдать в классе, чтобы травли было меньше. </w:t>
      </w:r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Не больше 15 слов: ____________________</w:t>
      </w:r>
    </w:p>
    <w:p w:rsidR="009977CD" w:rsidRPr="00AD4F77" w:rsidRDefault="009977CD" w:rsidP="009977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0A6DA8" w:rsidRPr="00AD4F77" w:rsidRDefault="00C569A1" w:rsidP="009977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6. </w:t>
      </w:r>
      <w:r w:rsidRPr="009977CD">
        <w:rPr>
          <w:rFonts w:ascii="Times New Roman" w:hAnsi="Times New Roman" w:cs="Times New Roman"/>
          <w:b/>
          <w:color w:val="1F497D" w:themeColor="text2"/>
          <w:sz w:val="24"/>
          <w:szCs w:val="24"/>
          <w:lang w:val="ru-RU"/>
        </w:rPr>
        <w:t xml:space="preserve">Если ты знаешь, что в классе кого-то травят, кому </w:t>
      </w:r>
      <w:r w:rsidR="003D09ED" w:rsidRPr="009977CD">
        <w:rPr>
          <w:rFonts w:ascii="Times New Roman" w:hAnsi="Times New Roman" w:cs="Times New Roman"/>
          <w:b/>
          <w:color w:val="1F497D" w:themeColor="text2"/>
          <w:sz w:val="24"/>
          <w:szCs w:val="24"/>
          <w:lang w:val="ru-RU"/>
        </w:rPr>
        <w:t>ты,</w:t>
      </w:r>
      <w:r w:rsidRPr="009977CD">
        <w:rPr>
          <w:rFonts w:ascii="Times New Roman" w:hAnsi="Times New Roman" w:cs="Times New Roman"/>
          <w:b/>
          <w:color w:val="1F497D" w:themeColor="text2"/>
          <w:sz w:val="24"/>
          <w:szCs w:val="24"/>
          <w:lang w:val="ru-RU"/>
        </w:rPr>
        <w:t xml:space="preserve"> скорее </w:t>
      </w:r>
      <w:r w:rsidR="003D09ED" w:rsidRPr="009977CD">
        <w:rPr>
          <w:rFonts w:ascii="Times New Roman" w:hAnsi="Times New Roman" w:cs="Times New Roman"/>
          <w:b/>
          <w:color w:val="1F497D" w:themeColor="text2"/>
          <w:sz w:val="24"/>
          <w:szCs w:val="24"/>
          <w:lang w:val="ru-RU"/>
        </w:rPr>
        <w:t>всего,</w:t>
      </w:r>
      <w:r w:rsidRPr="009977CD">
        <w:rPr>
          <w:rFonts w:ascii="Times New Roman" w:hAnsi="Times New Roman" w:cs="Times New Roman"/>
          <w:b/>
          <w:color w:val="1F497D" w:themeColor="text2"/>
          <w:sz w:val="24"/>
          <w:szCs w:val="24"/>
          <w:lang w:val="ru-RU"/>
        </w:rPr>
        <w:t xml:space="preserve"> расскажешь?</w:t>
      </w:r>
    </w:p>
    <w:p w:rsidR="000A6DA8" w:rsidRPr="00AD4F77" w:rsidRDefault="00C569A1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никому</w:t>
      </w:r>
    </w:p>
    <w:p w:rsidR="000A6DA8" w:rsidRPr="00AD4F77" w:rsidRDefault="00C569A1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другу/подруге</w:t>
      </w:r>
    </w:p>
    <w:p w:rsidR="000A6DA8" w:rsidRPr="00AD4F77" w:rsidRDefault="00C569A1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классному руководителю</w:t>
      </w:r>
    </w:p>
    <w:p w:rsidR="000A6DA8" w:rsidRPr="00AD4F77" w:rsidRDefault="00C569A1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школьному психологу</w:t>
      </w:r>
    </w:p>
    <w:p w:rsidR="000A6DA8" w:rsidRDefault="00C569A1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☐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родителям</w:t>
      </w:r>
      <w:proofErr w:type="spellEnd"/>
    </w:p>
    <w:p w:rsidR="009977CD" w:rsidRDefault="009977CD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9977CD" w:rsidRDefault="009977CD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9977CD" w:rsidRDefault="009977CD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9977CD" w:rsidRPr="009977CD" w:rsidRDefault="009977CD" w:rsidP="009977CD">
      <w:pPr>
        <w:pStyle w:val="a0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0A6DA8" w:rsidRPr="00AD4F77" w:rsidRDefault="00C569A1" w:rsidP="009977CD">
      <w:pPr>
        <w:pStyle w:val="21"/>
        <w:spacing w:before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Что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считывает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психолог</w:t>
      </w:r>
      <w:proofErr w:type="spellEnd"/>
    </w:p>
    <w:p w:rsidR="000A6DA8" w:rsidRPr="00AD4F77" w:rsidRDefault="00C569A1" w:rsidP="009977CD">
      <w:pPr>
        <w:pStyle w:val="a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Вопросы 1–3: связь «эмоция → действие». Если дети не видят безопасных действий, их эмпатия не превращается в помощь.</w:t>
      </w:r>
    </w:p>
    <w:p w:rsidR="000A6DA8" w:rsidRPr="00AD4F77" w:rsidRDefault="00C569A1" w:rsidP="009977CD">
      <w:pPr>
        <w:pStyle w:val="a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Вопросы 4 и 5: ожидания от взрослых и 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личная ответственность (готовые пункты для циклограммы работы психолога и плана классных часов).</w:t>
      </w:r>
    </w:p>
    <w:p w:rsidR="000A6DA8" w:rsidRPr="00AD4F77" w:rsidRDefault="00C569A1" w:rsidP="009977CD">
      <w:pPr>
        <w:pStyle w:val="a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Вопрос 6: зоны доверия. Если большинство выбирает «никому» или «другу», нужно усиливать контакт с взрослыми и проговаривать алгоритмы помощи.</w:t>
      </w:r>
    </w:p>
    <w:p w:rsidR="000A6DA8" w:rsidRDefault="000A6DA8" w:rsidP="009977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354717" w:rsidRDefault="00354717" w:rsidP="009977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354717" w:rsidRDefault="00354717" w:rsidP="009977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354717" w:rsidRDefault="00354717" w:rsidP="009977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9977CD" w:rsidRDefault="009977CD" w:rsidP="009977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9977CD" w:rsidRDefault="009977CD" w:rsidP="009977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9977CD" w:rsidRDefault="009977CD" w:rsidP="009977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9977CD" w:rsidRDefault="009977CD" w:rsidP="009977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0A6DA8" w:rsidRPr="00354717" w:rsidRDefault="009E401B" w:rsidP="009977CD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1F497D" w:themeColor="text2"/>
          <w:sz w:val="22"/>
          <w:szCs w:val="22"/>
          <w:lang w:val="ru-RU"/>
        </w:rPr>
      </w:pPr>
      <w:r w:rsidRPr="00354717">
        <w:rPr>
          <w:rFonts w:ascii="Times New Roman" w:hAnsi="Times New Roman" w:cs="Times New Roman"/>
          <w:color w:val="1F497D" w:themeColor="text2"/>
          <w:sz w:val="22"/>
          <w:szCs w:val="22"/>
          <w:lang w:val="ru-RU"/>
        </w:rPr>
        <w:t>ПРОФИЛАКТИКА И ВЫЯВЛЕНИЕ: КАК ИСПОЛЬЗОВАТЬ ОПРОСНИКИ</w:t>
      </w:r>
    </w:p>
    <w:p w:rsidR="00354717" w:rsidRDefault="00354717" w:rsidP="009977CD">
      <w:pPr>
        <w:pStyle w:val="21"/>
        <w:spacing w:before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0A6DA8" w:rsidRPr="00354717" w:rsidRDefault="009E401B" w:rsidP="009977CD">
      <w:pPr>
        <w:pStyle w:val="21"/>
        <w:numPr>
          <w:ilvl w:val="0"/>
          <w:numId w:val="10"/>
        </w:numPr>
        <w:spacing w:before="0" w:line="240" w:lineRule="auto"/>
        <w:jc w:val="both"/>
        <w:rPr>
          <w:rFonts w:ascii="Times New Roman" w:hAnsi="Times New Roman" w:cs="Times New Roman"/>
          <w:color w:val="1F497D" w:themeColor="text2"/>
          <w:sz w:val="24"/>
          <w:szCs w:val="24"/>
          <w:lang w:val="ru-RU"/>
        </w:rPr>
      </w:pPr>
      <w:r w:rsidRPr="00354717">
        <w:rPr>
          <w:rFonts w:ascii="Times New Roman" w:hAnsi="Times New Roman" w:cs="Times New Roman"/>
          <w:color w:val="1F497D" w:themeColor="text2"/>
          <w:sz w:val="24"/>
          <w:szCs w:val="24"/>
          <w:lang w:val="ru-RU"/>
        </w:rPr>
        <w:t>Профилактика.</w:t>
      </w:r>
    </w:p>
    <w:p w:rsidR="000A6DA8" w:rsidRPr="00AD4F77" w:rsidRDefault="00C569A1" w:rsidP="009977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Цель профилактики: 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снизить нормализацию агрессии и повысить готовность свидетелей к безопасному вмешательству.</w:t>
      </w:r>
    </w:p>
    <w:p w:rsidR="000A6DA8" w:rsidRPr="00AD4F77" w:rsidRDefault="00C569A1" w:rsidP="009977CD">
      <w:pPr>
        <w:pStyle w:val="a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Используй</w:t>
      </w:r>
      <w:r w:rsid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те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Вариант 1 или 3 в начале учебного года как базовый срез. Повтори</w:t>
      </w:r>
      <w:r w:rsid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ть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через 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2–3 месяца — так увидишь динамику.</w:t>
      </w:r>
    </w:p>
    <w:p w:rsidR="000A6DA8" w:rsidRPr="00AD4F77" w:rsidRDefault="00C569A1" w:rsidP="009977CD">
      <w:pPr>
        <w:pStyle w:val="a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Если 60–70% выбирают «молчу» или «просто шутка» — это сигнал: классу нужен цикл классных часов про границы, эмпатию и роль свидетеля.</w:t>
      </w:r>
    </w:p>
    <w:p w:rsidR="003D09ED" w:rsidRDefault="00C569A1" w:rsidP="009977CD">
      <w:pPr>
        <w:pStyle w:val="a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Ответы на вопрос «что чувствует человек, над которым смеются» — это готовый материал дл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я обсуждения.</w:t>
      </w:r>
    </w:p>
    <w:p w:rsidR="000A6DA8" w:rsidRPr="00AD4F77" w:rsidRDefault="00C569A1" w:rsidP="009977CD">
      <w:pPr>
        <w:pStyle w:val="a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Если дети пи</w:t>
      </w:r>
      <w:r w:rsidR="003D09E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шут «ничего», «нормально» </w:t>
      </w:r>
      <w:proofErr w:type="gramStart"/>
      <w:r w:rsidR="003D09E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—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э</w:t>
      </w:r>
      <w:proofErr w:type="gramEnd"/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мпатия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снижена.</w:t>
      </w:r>
      <w:r w:rsidR="003D09E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Повод для проведения профилактики. </w:t>
      </w:r>
    </w:p>
    <w:p w:rsidR="000A6DA8" w:rsidRPr="003D09ED" w:rsidRDefault="00C569A1" w:rsidP="009977CD">
      <w:pPr>
        <w:pStyle w:val="a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Правила класса, которые дети пишут сами (Вопрос 5 в Вариантах 2, 4, 5), — основа классного договора. </w:t>
      </w:r>
      <w:r w:rsidRPr="003D09E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Вынеси их на классный час, </w:t>
      </w:r>
      <w:r w:rsidR="003D09ED" w:rsidRPr="003D09E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обсуди</w:t>
      </w:r>
      <w:r w:rsidR="003D09E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ть и </w:t>
      </w:r>
      <w:r w:rsidR="003D09ED" w:rsidRPr="003D09E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повес</w:t>
      </w:r>
      <w:r w:rsidR="003D09E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ить</w:t>
      </w:r>
      <w:r w:rsidRPr="003D09E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в классе.</w:t>
      </w:r>
    </w:p>
    <w:p w:rsidR="000A6DA8" w:rsidRPr="00AD4F77" w:rsidRDefault="00C569A1" w:rsidP="009977CD">
      <w:pPr>
        <w:pStyle w:val="a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Вариант 3 после фильма — это мягкая профилактика без давления: ребёнок проживает ситуацию через героя, а не через себя, и ему проще быть честным.</w:t>
      </w:r>
    </w:p>
    <w:p w:rsidR="009E401B" w:rsidRPr="00354717" w:rsidRDefault="009E401B" w:rsidP="009977CD">
      <w:pPr>
        <w:pStyle w:val="21"/>
        <w:spacing w:before="0" w:line="240" w:lineRule="auto"/>
        <w:jc w:val="both"/>
        <w:rPr>
          <w:rFonts w:ascii="Times New Roman" w:hAnsi="Times New Roman" w:cs="Times New Roman"/>
          <w:color w:val="1F497D" w:themeColor="text2"/>
          <w:sz w:val="24"/>
          <w:szCs w:val="24"/>
          <w:lang w:val="ru-RU"/>
        </w:rPr>
      </w:pPr>
    </w:p>
    <w:p w:rsidR="000A6DA8" w:rsidRPr="00354717" w:rsidRDefault="00C569A1" w:rsidP="009977CD">
      <w:pPr>
        <w:pStyle w:val="21"/>
        <w:numPr>
          <w:ilvl w:val="0"/>
          <w:numId w:val="11"/>
        </w:numPr>
        <w:spacing w:before="0" w:line="240" w:lineRule="auto"/>
        <w:jc w:val="both"/>
        <w:rPr>
          <w:rFonts w:ascii="Times New Roman" w:hAnsi="Times New Roman" w:cs="Times New Roman"/>
          <w:color w:val="1F497D" w:themeColor="text2"/>
          <w:sz w:val="24"/>
          <w:szCs w:val="24"/>
          <w:lang w:val="ru-RU"/>
        </w:rPr>
      </w:pPr>
      <w:r w:rsidRPr="00354717">
        <w:rPr>
          <w:rFonts w:ascii="Times New Roman" w:hAnsi="Times New Roman" w:cs="Times New Roman"/>
          <w:color w:val="1F497D" w:themeColor="text2"/>
          <w:sz w:val="24"/>
          <w:szCs w:val="24"/>
          <w:lang w:val="ru-RU"/>
        </w:rPr>
        <w:t xml:space="preserve">Выявление </w:t>
      </w:r>
    </w:p>
    <w:p w:rsidR="000A6DA8" w:rsidRPr="00AD4F77" w:rsidRDefault="00C569A1" w:rsidP="009977CD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Цель выявления: 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обнаружить скрытую травлю, зоны риска и детей, ко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торым нужна индивидуальная помощь — без нарушения анонимности.</w:t>
      </w:r>
    </w:p>
    <w:p w:rsidR="000A6DA8" w:rsidRPr="00AD4F77" w:rsidRDefault="003D09ED" w:rsidP="009977CD">
      <w:pPr>
        <w:pStyle w:val="a0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Используй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те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Вариант 2 или 4, если есть подозрение на скрытую травлю 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(жалобы родителей, изменения в поведении ребёнка, конфликты в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чатах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0A6DA8" w:rsidRPr="00AD4F77" w:rsidRDefault="00C569A1" w:rsidP="009977CD">
      <w:pPr>
        <w:pStyle w:val="a0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Вопрос 4 (Вариант 2) и Вопрос 6 (Вариант 5) — карта довер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ия. Если большинство выбирает «никому» или «другу», значит, взрослые не воспринимаются как безопасные. Это зона усиления: индивидуальные беседы, тренинги доверия, работа с классным руководителем.</w:t>
      </w:r>
    </w:p>
    <w:p w:rsidR="009977CD" w:rsidRPr="009977CD" w:rsidRDefault="00C569A1" w:rsidP="009977CD">
      <w:pPr>
        <w:pStyle w:val="a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Вопрос 3 (Вариант 2) — вера в силу союзника. Если большинств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о пишет «нет, один человек не остановит» — это маркер безнадёжности в классе. </w:t>
      </w:r>
    </w:p>
    <w:p w:rsidR="000A6DA8" w:rsidRPr="009977CD" w:rsidRDefault="00C569A1" w:rsidP="009977CD">
      <w:pPr>
        <w:pStyle w:val="a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9977C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Нужна работа с лидерами и формирование группы поддержки.</w:t>
      </w:r>
    </w:p>
    <w:p w:rsidR="000A6DA8" w:rsidRPr="00AD4F77" w:rsidRDefault="00C569A1" w:rsidP="009977CD">
      <w:pPr>
        <w:pStyle w:val="a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Вопрос 2 (Вариант 4) — реакция взрослых. Если дети выбирают «реагируют слишком резко и делают хуже» — значит, взрослые вм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ешательства воспринимаются как карательные.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Это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сигнал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D09ED">
        <w:rPr>
          <w:rFonts w:ascii="Times New Roman" w:hAnsi="Times New Roman" w:cs="Times New Roman"/>
          <w:color w:val="000000" w:themeColor="text1"/>
          <w:sz w:val="24"/>
          <w:szCs w:val="24"/>
        </w:rPr>
        <w:t>психолога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менять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формат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реакции</w:t>
      </w:r>
      <w:proofErr w:type="spellEnd"/>
      <w:r w:rsidRPr="00AD4F7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A6DA8" w:rsidRPr="00AD4F77" w:rsidRDefault="00C569A1" w:rsidP="009977CD">
      <w:pPr>
        <w:pStyle w:val="a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Открытые ответы (Вопросы 3, 4 в Варианте 3; Вопросы 1–4 в Варианте 5) могут содержать косвенные признаки конкретных ситуаций. Не делай выводов по одному ответу — с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обирай данные, сопоставляй с наблюдениями учителей и родителей.</w:t>
      </w:r>
    </w:p>
    <w:p w:rsidR="000A6DA8" w:rsidRPr="00AD4F77" w:rsidRDefault="00C569A1" w:rsidP="009977CD">
      <w:pPr>
        <w:pStyle w:val="a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Если в открытых ответах появляются прямые указания на конкретных детей, угрозы, самоповреждения — </w:t>
      </w:r>
      <w:r w:rsidR="003D09E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действуйте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по регламенту школы и КДН. Опросник — инструмент раннего сигнала, а не основание для </w:t>
      </w:r>
      <w:r w:rsidRPr="00AD4F7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выводов без дополнительной диагностики.</w:t>
      </w:r>
    </w:p>
    <w:p w:rsidR="000A6DA8" w:rsidRDefault="000A6DA8" w:rsidP="009977C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9977CD" w:rsidRPr="009977CD" w:rsidRDefault="009977CD" w:rsidP="009977C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  <w:r w:rsidRPr="009977CD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Педагог-психолог</w:t>
      </w:r>
    </w:p>
    <w:p w:rsidR="009977CD" w:rsidRPr="009977CD" w:rsidRDefault="009977CD" w:rsidP="009977C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  <w:r w:rsidRPr="009977CD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Парфенова С.В.2026</w:t>
      </w:r>
    </w:p>
    <w:sectPr w:rsidR="009977CD" w:rsidRPr="009977CD" w:rsidSect="009977CD">
      <w:pgSz w:w="12240" w:h="15840"/>
      <w:pgMar w:top="1134" w:right="758" w:bottom="567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4B926D6"/>
    <w:multiLevelType w:val="hybridMultilevel"/>
    <w:tmpl w:val="335CE1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E206E76"/>
    <w:multiLevelType w:val="hybridMultilevel"/>
    <w:tmpl w:val="073006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A6DA8"/>
    <w:rsid w:val="00134840"/>
    <w:rsid w:val="0015074B"/>
    <w:rsid w:val="0029639D"/>
    <w:rsid w:val="00326F90"/>
    <w:rsid w:val="00354717"/>
    <w:rsid w:val="003D09ED"/>
    <w:rsid w:val="009977CD"/>
    <w:rsid w:val="009E401B"/>
    <w:rsid w:val="00AA1D8D"/>
    <w:rsid w:val="00AC1F0F"/>
    <w:rsid w:val="00AD4F77"/>
    <w:rsid w:val="00B47730"/>
    <w:rsid w:val="00C569A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Calibri" w:hAnsi="Calibri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AD4F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AD4F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Calibri" w:hAnsi="Calibri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AD4F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AD4F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6A2FBAE-AB26-47A8-B9DE-AEE9513D3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1535</Words>
  <Characters>8754</Characters>
  <Application>Microsoft Office Word</Application>
  <DocSecurity>0</DocSecurity>
  <Lines>72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10269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lenovo</cp:lastModifiedBy>
  <cp:revision>3</cp:revision>
  <dcterms:created xsi:type="dcterms:W3CDTF">2026-10-05T18:16:00Z</dcterms:created>
  <dcterms:modified xsi:type="dcterms:W3CDTF">2026-10-05T18:37:00Z</dcterms:modified>
</cp:coreProperties>
</file>